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292C1" w14:textId="77777777" w:rsidR="00F36810" w:rsidRPr="00C27EE0" w:rsidRDefault="00FE63AD">
      <w:pPr>
        <w:jc w:val="center"/>
        <w:rPr>
          <w:rFonts w:ascii="標楷體" w:eastAsia="標楷體" w:hAnsi="標楷體"/>
          <w:lang w:eastAsia="zh-TW"/>
        </w:rPr>
      </w:pPr>
      <w:proofErr w:type="gramStart"/>
      <w:r w:rsidRPr="00C27EE0">
        <w:rPr>
          <w:rFonts w:ascii="標楷體" w:eastAsia="標楷體" w:hAnsi="標楷體"/>
          <w:b/>
          <w:sz w:val="34"/>
          <w:lang w:eastAsia="zh-TW"/>
        </w:rPr>
        <w:t>臺</w:t>
      </w:r>
      <w:proofErr w:type="gramEnd"/>
      <w:r w:rsidRPr="00C27EE0">
        <w:rPr>
          <w:rFonts w:ascii="標楷體" w:eastAsia="標楷體" w:hAnsi="標楷體"/>
          <w:b/>
          <w:sz w:val="34"/>
          <w:lang w:eastAsia="zh-TW"/>
        </w:rPr>
        <w:t>中市霧峰區公所愛運動無礙推廣中心器材借用申請表</w:t>
      </w:r>
    </w:p>
    <w:p w14:paraId="44C4FD36" w14:textId="77777777" w:rsidR="00F36810" w:rsidRPr="00C27EE0" w:rsidRDefault="00FE63AD">
      <w:pPr>
        <w:spacing w:before="140" w:after="60"/>
        <w:rPr>
          <w:rFonts w:ascii="標楷體" w:eastAsia="標楷體" w:hAnsi="標楷體"/>
          <w:sz w:val="24"/>
          <w:szCs w:val="24"/>
        </w:rPr>
      </w:pPr>
      <w:proofErr w:type="spellStart"/>
      <w:r w:rsidRPr="00C27EE0">
        <w:rPr>
          <w:rFonts w:ascii="標楷體" w:eastAsia="標楷體" w:hAnsi="標楷體"/>
          <w:b/>
          <w:sz w:val="24"/>
          <w:szCs w:val="24"/>
        </w:rPr>
        <w:t>一、借用單位資料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399"/>
        <w:gridCol w:w="1704"/>
        <w:gridCol w:w="3396"/>
      </w:tblGrid>
      <w:tr w:rsidR="00F36810" w:rsidRPr="00C27EE0" w14:paraId="34065CC1" w14:textId="77777777" w:rsidTr="00A30B24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14:paraId="5432C746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3399" w:type="dxa"/>
            <w:shd w:val="clear" w:color="auto" w:fill="D9EAF7"/>
            <w:vAlign w:val="center"/>
          </w:tcPr>
          <w:p w14:paraId="3B13AD49" w14:textId="537712C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內容</w:t>
            </w:r>
            <w:proofErr w:type="spellEnd"/>
          </w:p>
        </w:tc>
        <w:tc>
          <w:tcPr>
            <w:tcW w:w="1704" w:type="dxa"/>
            <w:shd w:val="clear" w:color="auto" w:fill="D9EAF7"/>
            <w:vAlign w:val="center"/>
          </w:tcPr>
          <w:p w14:paraId="7CEB8FB9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項目</w:t>
            </w:r>
          </w:p>
        </w:tc>
        <w:tc>
          <w:tcPr>
            <w:tcW w:w="3396" w:type="dxa"/>
            <w:shd w:val="clear" w:color="auto" w:fill="D9EAF7"/>
            <w:vAlign w:val="center"/>
          </w:tcPr>
          <w:p w14:paraId="73F5B3F9" w14:textId="2FEF905C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內容</w:t>
            </w:r>
            <w:proofErr w:type="spellEnd"/>
          </w:p>
        </w:tc>
      </w:tr>
      <w:tr w:rsidR="00F36810" w:rsidRPr="00C27EE0" w14:paraId="4BD0A940" w14:textId="77777777" w:rsidTr="00A30B24">
        <w:trPr>
          <w:jc w:val="center"/>
        </w:trPr>
        <w:tc>
          <w:tcPr>
            <w:tcW w:w="1701" w:type="dxa"/>
            <w:vAlign w:val="center"/>
          </w:tcPr>
          <w:p w14:paraId="73213758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sz w:val="24"/>
                <w:szCs w:val="24"/>
              </w:rPr>
              <w:t>申請編號</w:t>
            </w:r>
            <w:proofErr w:type="spellEnd"/>
          </w:p>
        </w:tc>
        <w:tc>
          <w:tcPr>
            <w:tcW w:w="3399" w:type="dxa"/>
            <w:vAlign w:val="center"/>
          </w:tcPr>
          <w:p w14:paraId="5C552600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　　　</w:t>
            </w:r>
          </w:p>
        </w:tc>
        <w:tc>
          <w:tcPr>
            <w:tcW w:w="1704" w:type="dxa"/>
            <w:vAlign w:val="center"/>
          </w:tcPr>
          <w:p w14:paraId="499FB1BB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申請日期</w:t>
            </w:r>
          </w:p>
        </w:tc>
        <w:tc>
          <w:tcPr>
            <w:tcW w:w="3396" w:type="dxa"/>
            <w:vAlign w:val="center"/>
          </w:tcPr>
          <w:p w14:paraId="0E7223B6" w14:textId="54842F5F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</w:t>
            </w:r>
            <w:proofErr w:type="gramStart"/>
            <w:r w:rsidRPr="00C27EE0">
              <w:rPr>
                <w:rFonts w:ascii="標楷體" w:eastAsia="標楷體" w:hAnsi="標楷體"/>
                <w:sz w:val="24"/>
                <w:szCs w:val="24"/>
              </w:rPr>
              <w:t>年</w:t>
            </w:r>
            <w:r w:rsidR="00A30B2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月</w:t>
            </w:r>
            <w:proofErr w:type="gramEnd"/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 w:rsidR="00A30B2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>日</w:t>
            </w:r>
          </w:p>
        </w:tc>
      </w:tr>
      <w:tr w:rsidR="00F36810" w:rsidRPr="00C27EE0" w14:paraId="376F34A2" w14:textId="77777777" w:rsidTr="00A30B24">
        <w:trPr>
          <w:jc w:val="center"/>
        </w:trPr>
        <w:tc>
          <w:tcPr>
            <w:tcW w:w="1701" w:type="dxa"/>
            <w:vAlign w:val="center"/>
          </w:tcPr>
          <w:p w14:paraId="1EF9D591" w14:textId="08D25504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sz w:val="24"/>
                <w:szCs w:val="24"/>
              </w:rPr>
              <w:t>借用</w:t>
            </w:r>
            <w:proofErr w:type="spellEnd"/>
            <w:r w:rsidR="00A30B2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單位名稱</w:t>
            </w:r>
          </w:p>
        </w:tc>
        <w:tc>
          <w:tcPr>
            <w:tcW w:w="3399" w:type="dxa"/>
            <w:vAlign w:val="center"/>
          </w:tcPr>
          <w:p w14:paraId="7182E2EE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　　　</w:t>
            </w:r>
          </w:p>
        </w:tc>
        <w:tc>
          <w:tcPr>
            <w:tcW w:w="1704" w:type="dxa"/>
            <w:vAlign w:val="center"/>
          </w:tcPr>
          <w:p w14:paraId="4548BAB3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聯絡人</w:t>
            </w:r>
          </w:p>
        </w:tc>
        <w:tc>
          <w:tcPr>
            <w:tcW w:w="3396" w:type="dxa"/>
            <w:vAlign w:val="center"/>
          </w:tcPr>
          <w:p w14:paraId="122F30C8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</w:t>
            </w:r>
          </w:p>
        </w:tc>
      </w:tr>
      <w:tr w:rsidR="00F36810" w:rsidRPr="00C27EE0" w14:paraId="039D6EE4" w14:textId="77777777" w:rsidTr="00A30B24">
        <w:trPr>
          <w:jc w:val="center"/>
        </w:trPr>
        <w:tc>
          <w:tcPr>
            <w:tcW w:w="1701" w:type="dxa"/>
            <w:vAlign w:val="center"/>
          </w:tcPr>
          <w:p w14:paraId="40430BBC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聯絡電話</w:t>
            </w:r>
          </w:p>
        </w:tc>
        <w:tc>
          <w:tcPr>
            <w:tcW w:w="3399" w:type="dxa"/>
            <w:vAlign w:val="center"/>
          </w:tcPr>
          <w:p w14:paraId="6725FFD0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　　　</w:t>
            </w:r>
          </w:p>
        </w:tc>
        <w:tc>
          <w:tcPr>
            <w:tcW w:w="1704" w:type="dxa"/>
            <w:vAlign w:val="center"/>
          </w:tcPr>
          <w:p w14:paraId="37D3CA92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電子郵件</w:t>
            </w:r>
          </w:p>
        </w:tc>
        <w:tc>
          <w:tcPr>
            <w:tcW w:w="3396" w:type="dxa"/>
            <w:vAlign w:val="center"/>
          </w:tcPr>
          <w:p w14:paraId="530F0E1E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</w:t>
            </w:r>
          </w:p>
        </w:tc>
      </w:tr>
    </w:tbl>
    <w:p w14:paraId="0A86E904" w14:textId="77777777" w:rsidR="00F36810" w:rsidRPr="00C27EE0" w:rsidRDefault="00FE63AD">
      <w:pPr>
        <w:spacing w:before="140" w:after="60"/>
        <w:rPr>
          <w:rFonts w:ascii="標楷體" w:eastAsia="標楷體" w:hAnsi="標楷體"/>
          <w:sz w:val="24"/>
          <w:szCs w:val="24"/>
        </w:rPr>
      </w:pPr>
      <w:proofErr w:type="spellStart"/>
      <w:r w:rsidRPr="00C27EE0">
        <w:rPr>
          <w:rFonts w:ascii="標楷體" w:eastAsia="標楷體" w:hAnsi="標楷體"/>
          <w:b/>
          <w:sz w:val="24"/>
          <w:szCs w:val="24"/>
        </w:rPr>
        <w:t>二、借用用途及期間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399"/>
        <w:gridCol w:w="1704"/>
        <w:gridCol w:w="3396"/>
      </w:tblGrid>
      <w:tr w:rsidR="00F36810" w:rsidRPr="00C27EE0" w14:paraId="52F39831" w14:textId="77777777" w:rsidTr="00A30B24">
        <w:trPr>
          <w:jc w:val="center"/>
        </w:trPr>
        <w:tc>
          <w:tcPr>
            <w:tcW w:w="1701" w:type="dxa"/>
            <w:shd w:val="clear" w:color="auto" w:fill="D9EAF7"/>
            <w:vAlign w:val="center"/>
          </w:tcPr>
          <w:p w14:paraId="74A5EFC1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3399" w:type="dxa"/>
            <w:shd w:val="clear" w:color="auto" w:fill="D9EAF7"/>
            <w:vAlign w:val="center"/>
          </w:tcPr>
          <w:p w14:paraId="1CEBACE3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內容</w:t>
            </w:r>
            <w:proofErr w:type="spellEnd"/>
          </w:p>
        </w:tc>
        <w:tc>
          <w:tcPr>
            <w:tcW w:w="1704" w:type="dxa"/>
            <w:shd w:val="clear" w:color="auto" w:fill="D9EAF7"/>
            <w:vAlign w:val="center"/>
          </w:tcPr>
          <w:p w14:paraId="185437FD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3396" w:type="dxa"/>
            <w:shd w:val="clear" w:color="auto" w:fill="D9EAF7"/>
            <w:vAlign w:val="center"/>
          </w:tcPr>
          <w:p w14:paraId="71F4AF3C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內容</w:t>
            </w:r>
            <w:proofErr w:type="spellEnd"/>
          </w:p>
        </w:tc>
      </w:tr>
      <w:tr w:rsidR="00F36810" w:rsidRPr="00C27EE0" w14:paraId="424F2064" w14:textId="77777777" w:rsidTr="00A30B24">
        <w:trPr>
          <w:jc w:val="center"/>
        </w:trPr>
        <w:tc>
          <w:tcPr>
            <w:tcW w:w="1701" w:type="dxa"/>
            <w:vAlign w:val="center"/>
          </w:tcPr>
          <w:p w14:paraId="66227254" w14:textId="095DC5BB" w:rsidR="00F36810" w:rsidRPr="00C27EE0" w:rsidRDefault="00A30B24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用途</w:t>
            </w:r>
          </w:p>
        </w:tc>
        <w:tc>
          <w:tcPr>
            <w:tcW w:w="3399" w:type="dxa"/>
            <w:vAlign w:val="center"/>
          </w:tcPr>
          <w:p w14:paraId="5288FB3F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　　　　　　　　　　</w:t>
            </w:r>
          </w:p>
        </w:tc>
        <w:tc>
          <w:tcPr>
            <w:tcW w:w="1704" w:type="dxa"/>
            <w:vAlign w:val="center"/>
          </w:tcPr>
          <w:p w14:paraId="6C1B8DF4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sz w:val="24"/>
                <w:szCs w:val="24"/>
              </w:rPr>
              <w:t>使用地點</w:t>
            </w:r>
            <w:proofErr w:type="spellEnd"/>
          </w:p>
        </w:tc>
        <w:tc>
          <w:tcPr>
            <w:tcW w:w="3396" w:type="dxa"/>
            <w:vAlign w:val="center"/>
          </w:tcPr>
          <w:p w14:paraId="7821C352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　　　　　</w:t>
            </w:r>
          </w:p>
        </w:tc>
      </w:tr>
      <w:tr w:rsidR="00F36810" w:rsidRPr="00C27EE0" w14:paraId="677A7BEC" w14:textId="77777777" w:rsidTr="00A30B24">
        <w:trPr>
          <w:jc w:val="center"/>
        </w:trPr>
        <w:tc>
          <w:tcPr>
            <w:tcW w:w="1701" w:type="dxa"/>
            <w:vAlign w:val="center"/>
          </w:tcPr>
          <w:p w14:paraId="709A830D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sz w:val="24"/>
                <w:szCs w:val="24"/>
              </w:rPr>
              <w:t>使用對象</w:t>
            </w:r>
            <w:proofErr w:type="spellEnd"/>
          </w:p>
        </w:tc>
        <w:tc>
          <w:tcPr>
            <w:tcW w:w="3399" w:type="dxa"/>
            <w:vAlign w:val="center"/>
          </w:tcPr>
          <w:p w14:paraId="113A7A30" w14:textId="77777777" w:rsidR="00A30B24" w:rsidRDefault="00FE63AD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□一般民眾 □高齡者 </w:t>
            </w:r>
          </w:p>
          <w:p w14:paraId="72A28B0C" w14:textId="0B6E5018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□身心障礙者□其他：　　　　</w:t>
            </w:r>
          </w:p>
        </w:tc>
        <w:tc>
          <w:tcPr>
            <w:tcW w:w="1704" w:type="dxa"/>
            <w:vAlign w:val="center"/>
          </w:tcPr>
          <w:p w14:paraId="60BD38FA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sz w:val="24"/>
                <w:szCs w:val="24"/>
              </w:rPr>
              <w:t>預計使用人數</w:t>
            </w:r>
            <w:proofErr w:type="spellEnd"/>
          </w:p>
        </w:tc>
        <w:tc>
          <w:tcPr>
            <w:tcW w:w="3396" w:type="dxa"/>
            <w:vAlign w:val="center"/>
          </w:tcPr>
          <w:p w14:paraId="563FC522" w14:textId="00151706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　</w:t>
            </w:r>
            <w:r w:rsidR="00DC3C7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  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>人</w:t>
            </w:r>
          </w:p>
        </w:tc>
      </w:tr>
      <w:tr w:rsidR="00F36810" w:rsidRPr="00C27EE0" w14:paraId="4FAE0B71" w14:textId="77777777" w:rsidTr="00A30B24">
        <w:trPr>
          <w:jc w:val="center"/>
        </w:trPr>
        <w:tc>
          <w:tcPr>
            <w:tcW w:w="1701" w:type="dxa"/>
            <w:vAlign w:val="center"/>
          </w:tcPr>
          <w:p w14:paraId="60F0ED04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借用日期</w:t>
            </w:r>
          </w:p>
        </w:tc>
        <w:tc>
          <w:tcPr>
            <w:tcW w:w="3399" w:type="dxa"/>
            <w:vAlign w:val="center"/>
          </w:tcPr>
          <w:p w14:paraId="15C19BF4" w14:textId="25FC7434" w:rsidR="00F36810" w:rsidRPr="00C27EE0" w:rsidRDefault="00A30B2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</w:t>
            </w:r>
            <w:proofErr w:type="gramStart"/>
            <w:r w:rsidRPr="00C27EE0"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月</w:t>
            </w:r>
            <w:proofErr w:type="gramEnd"/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>日</w:t>
            </w:r>
          </w:p>
        </w:tc>
        <w:tc>
          <w:tcPr>
            <w:tcW w:w="1704" w:type="dxa"/>
            <w:vAlign w:val="center"/>
          </w:tcPr>
          <w:p w14:paraId="3F88AFE4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預定歸還日期</w:t>
            </w:r>
          </w:p>
        </w:tc>
        <w:tc>
          <w:tcPr>
            <w:tcW w:w="3396" w:type="dxa"/>
            <w:vAlign w:val="center"/>
          </w:tcPr>
          <w:p w14:paraId="79D085E8" w14:textId="407FDAC4" w:rsidR="00F36810" w:rsidRPr="00C27EE0" w:rsidRDefault="00A30B2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　　</w:t>
            </w:r>
            <w:proofErr w:type="gramStart"/>
            <w:r w:rsidRPr="00C27EE0"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月</w:t>
            </w:r>
            <w:proofErr w:type="gramEnd"/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>日</w:t>
            </w:r>
          </w:p>
        </w:tc>
      </w:tr>
    </w:tbl>
    <w:p w14:paraId="3A3D8F91" w14:textId="77777777" w:rsidR="00F36810" w:rsidRPr="00C27EE0" w:rsidRDefault="00FE63AD">
      <w:pPr>
        <w:spacing w:before="140" w:after="60"/>
        <w:rPr>
          <w:rFonts w:ascii="標楷體" w:eastAsia="標楷體" w:hAnsi="標楷體"/>
          <w:sz w:val="24"/>
          <w:szCs w:val="24"/>
        </w:rPr>
      </w:pPr>
      <w:proofErr w:type="spellStart"/>
      <w:r w:rsidRPr="00C27EE0">
        <w:rPr>
          <w:rFonts w:ascii="標楷體" w:eastAsia="標楷體" w:hAnsi="標楷體"/>
          <w:b/>
          <w:sz w:val="24"/>
          <w:szCs w:val="24"/>
        </w:rPr>
        <w:t>三、申請器材清單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F36810" w:rsidRPr="00C27EE0" w14:paraId="6CCE3C09" w14:textId="77777777">
        <w:trPr>
          <w:jc w:val="center"/>
        </w:trPr>
        <w:tc>
          <w:tcPr>
            <w:tcW w:w="2040" w:type="dxa"/>
            <w:shd w:val="clear" w:color="auto" w:fill="D9EAF7"/>
            <w:vAlign w:val="center"/>
          </w:tcPr>
          <w:p w14:paraId="66B97109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序號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73324B6C" w14:textId="4BEF75DA" w:rsidR="00F36810" w:rsidRPr="00C27EE0" w:rsidRDefault="006143F7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器材</w:t>
            </w:r>
            <w:proofErr w:type="spellStart"/>
            <w:r w:rsidR="00FE63AD" w:rsidRPr="00C27EE0">
              <w:rPr>
                <w:rFonts w:ascii="標楷體" w:eastAsia="標楷體" w:hAnsi="標楷體"/>
                <w:b/>
                <w:sz w:val="24"/>
                <w:szCs w:val="24"/>
              </w:rPr>
              <w:t>名稱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6B845050" w14:textId="3E51F212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器材編號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4E0A046C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申請數量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71588AB5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備註</w:t>
            </w:r>
          </w:p>
        </w:tc>
      </w:tr>
      <w:tr w:rsidR="00F36810" w:rsidRPr="00C27EE0" w14:paraId="6ECEA04A" w14:textId="77777777">
        <w:trPr>
          <w:jc w:val="center"/>
        </w:trPr>
        <w:tc>
          <w:tcPr>
            <w:tcW w:w="2040" w:type="dxa"/>
            <w:vAlign w:val="center"/>
          </w:tcPr>
          <w:p w14:paraId="3EE20FE5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018889F4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6E210D3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0505AE76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602A707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27CB10EC" w14:textId="77777777">
        <w:trPr>
          <w:jc w:val="center"/>
        </w:trPr>
        <w:tc>
          <w:tcPr>
            <w:tcW w:w="2040" w:type="dxa"/>
            <w:vAlign w:val="center"/>
          </w:tcPr>
          <w:p w14:paraId="07E8348B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2</w:t>
            </w:r>
          </w:p>
        </w:tc>
        <w:tc>
          <w:tcPr>
            <w:tcW w:w="2040" w:type="dxa"/>
            <w:vAlign w:val="center"/>
          </w:tcPr>
          <w:p w14:paraId="72345D22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DE5DAB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6054207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22C2D751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3FC217C0" w14:textId="77777777">
        <w:trPr>
          <w:jc w:val="center"/>
        </w:trPr>
        <w:tc>
          <w:tcPr>
            <w:tcW w:w="2040" w:type="dxa"/>
            <w:vAlign w:val="center"/>
          </w:tcPr>
          <w:p w14:paraId="3455070D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2040" w:type="dxa"/>
            <w:vAlign w:val="center"/>
          </w:tcPr>
          <w:p w14:paraId="3CFC44FB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34EF210F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4D4080D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6545BF20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5B02AB86" w14:textId="77777777">
        <w:trPr>
          <w:jc w:val="center"/>
        </w:trPr>
        <w:tc>
          <w:tcPr>
            <w:tcW w:w="2040" w:type="dxa"/>
            <w:vAlign w:val="center"/>
          </w:tcPr>
          <w:p w14:paraId="1415F486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4</w:t>
            </w:r>
          </w:p>
        </w:tc>
        <w:tc>
          <w:tcPr>
            <w:tcW w:w="2040" w:type="dxa"/>
            <w:vAlign w:val="center"/>
          </w:tcPr>
          <w:p w14:paraId="29526F01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A79474A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79B0B81F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0B948017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23A455CA" w14:textId="77777777">
        <w:trPr>
          <w:jc w:val="center"/>
        </w:trPr>
        <w:tc>
          <w:tcPr>
            <w:tcW w:w="2040" w:type="dxa"/>
            <w:vAlign w:val="center"/>
          </w:tcPr>
          <w:p w14:paraId="107B243A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2040" w:type="dxa"/>
            <w:vAlign w:val="center"/>
          </w:tcPr>
          <w:p w14:paraId="5F2971CD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3FFB02B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31654A4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AB9C416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2471A5E9" w14:textId="77777777">
        <w:trPr>
          <w:jc w:val="center"/>
        </w:trPr>
        <w:tc>
          <w:tcPr>
            <w:tcW w:w="2040" w:type="dxa"/>
            <w:vAlign w:val="center"/>
          </w:tcPr>
          <w:p w14:paraId="727BD908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6</w:t>
            </w:r>
          </w:p>
        </w:tc>
        <w:tc>
          <w:tcPr>
            <w:tcW w:w="2040" w:type="dxa"/>
            <w:vAlign w:val="center"/>
          </w:tcPr>
          <w:p w14:paraId="14420005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30779E3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0DBCA8A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AF5D823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483D7222" w14:textId="77777777">
        <w:trPr>
          <w:jc w:val="center"/>
        </w:trPr>
        <w:tc>
          <w:tcPr>
            <w:tcW w:w="2040" w:type="dxa"/>
            <w:vAlign w:val="center"/>
          </w:tcPr>
          <w:p w14:paraId="36F6A467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7</w:t>
            </w:r>
          </w:p>
        </w:tc>
        <w:tc>
          <w:tcPr>
            <w:tcW w:w="2040" w:type="dxa"/>
            <w:vAlign w:val="center"/>
          </w:tcPr>
          <w:p w14:paraId="2F0DC535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3E53482A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C0438CB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69038CCD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382615F0" w14:textId="77777777">
        <w:trPr>
          <w:jc w:val="center"/>
        </w:trPr>
        <w:tc>
          <w:tcPr>
            <w:tcW w:w="2040" w:type="dxa"/>
            <w:vAlign w:val="center"/>
          </w:tcPr>
          <w:p w14:paraId="78505E23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8</w:t>
            </w:r>
          </w:p>
        </w:tc>
        <w:tc>
          <w:tcPr>
            <w:tcW w:w="2040" w:type="dxa"/>
            <w:vAlign w:val="center"/>
          </w:tcPr>
          <w:p w14:paraId="3E38521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1B2DD82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5E875D5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1FD294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62BF7BAE" w14:textId="77777777">
        <w:trPr>
          <w:jc w:val="center"/>
        </w:trPr>
        <w:tc>
          <w:tcPr>
            <w:tcW w:w="2040" w:type="dxa"/>
            <w:vAlign w:val="center"/>
          </w:tcPr>
          <w:p w14:paraId="28245D0C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9</w:t>
            </w:r>
          </w:p>
        </w:tc>
        <w:tc>
          <w:tcPr>
            <w:tcW w:w="2040" w:type="dxa"/>
            <w:vAlign w:val="center"/>
          </w:tcPr>
          <w:p w14:paraId="16126C6E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BD66DF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C4634F6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3C6AA818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36810" w:rsidRPr="00C27EE0" w14:paraId="28E2DC6B" w14:textId="77777777">
        <w:trPr>
          <w:jc w:val="center"/>
        </w:trPr>
        <w:tc>
          <w:tcPr>
            <w:tcW w:w="2040" w:type="dxa"/>
            <w:vAlign w:val="center"/>
          </w:tcPr>
          <w:p w14:paraId="66F8AFAE" w14:textId="77777777" w:rsidR="00F36810" w:rsidRPr="00C27EE0" w:rsidRDefault="00FE63A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10</w:t>
            </w:r>
          </w:p>
        </w:tc>
        <w:tc>
          <w:tcPr>
            <w:tcW w:w="2040" w:type="dxa"/>
            <w:vAlign w:val="center"/>
          </w:tcPr>
          <w:p w14:paraId="6D788E82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5000B6F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2DC3850E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0D43ADC" w14:textId="77777777" w:rsidR="00F36810" w:rsidRPr="00C27EE0" w:rsidRDefault="00F36810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22ECE30" w14:textId="77777777" w:rsidR="00F36810" w:rsidRPr="00C27EE0" w:rsidRDefault="00FE63AD">
      <w:pPr>
        <w:spacing w:before="140" w:after="60"/>
        <w:rPr>
          <w:rFonts w:ascii="標楷體" w:eastAsia="標楷體" w:hAnsi="標楷體"/>
          <w:sz w:val="24"/>
          <w:szCs w:val="24"/>
        </w:rPr>
      </w:pPr>
      <w:r w:rsidRPr="00C27EE0">
        <w:rPr>
          <w:rFonts w:ascii="標楷體" w:eastAsia="標楷體" w:hAnsi="標楷體"/>
          <w:b/>
          <w:sz w:val="24"/>
          <w:szCs w:val="24"/>
        </w:rPr>
        <w:t>四、借用單位責任確認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8080"/>
        <w:gridCol w:w="2120"/>
      </w:tblGrid>
      <w:tr w:rsidR="00F36810" w:rsidRPr="00C27EE0" w14:paraId="638143E2" w14:textId="77777777" w:rsidTr="00A30B24">
        <w:trPr>
          <w:jc w:val="center"/>
        </w:trPr>
        <w:tc>
          <w:tcPr>
            <w:tcW w:w="8080" w:type="dxa"/>
            <w:shd w:val="clear" w:color="auto" w:fill="D9EAF7"/>
            <w:vAlign w:val="center"/>
          </w:tcPr>
          <w:p w14:paraId="78A8CEB1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確認事項</w:t>
            </w:r>
            <w:proofErr w:type="spellEnd"/>
          </w:p>
        </w:tc>
        <w:tc>
          <w:tcPr>
            <w:tcW w:w="2120" w:type="dxa"/>
            <w:shd w:val="clear" w:color="auto" w:fill="D9EAF7"/>
            <w:vAlign w:val="center"/>
          </w:tcPr>
          <w:p w14:paraId="7F0E5289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確認</w:t>
            </w:r>
          </w:p>
        </w:tc>
      </w:tr>
      <w:tr w:rsidR="00F36810" w:rsidRPr="00C27EE0" w14:paraId="0E34E163" w14:textId="77777777" w:rsidTr="00A30B24">
        <w:trPr>
          <w:jc w:val="center"/>
        </w:trPr>
        <w:tc>
          <w:tcPr>
            <w:tcW w:w="8080" w:type="dxa"/>
            <w:vAlign w:val="center"/>
          </w:tcPr>
          <w:p w14:paraId="71162784" w14:textId="5A5BC4F0" w:rsidR="00F36810" w:rsidRPr="00C27EE0" w:rsidRDefault="00CD0861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1.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借用用途與實際使用用途相符</w:t>
            </w:r>
          </w:p>
        </w:tc>
        <w:tc>
          <w:tcPr>
            <w:tcW w:w="2120" w:type="dxa"/>
            <w:vAlign w:val="center"/>
          </w:tcPr>
          <w:p w14:paraId="79F6DACD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□是</w:t>
            </w:r>
          </w:p>
        </w:tc>
      </w:tr>
      <w:tr w:rsidR="00F36810" w:rsidRPr="00C27EE0" w14:paraId="527389BA" w14:textId="77777777" w:rsidTr="00A30B24">
        <w:trPr>
          <w:jc w:val="center"/>
        </w:trPr>
        <w:tc>
          <w:tcPr>
            <w:tcW w:w="8080" w:type="dxa"/>
            <w:vAlign w:val="center"/>
          </w:tcPr>
          <w:p w14:paraId="1DB750A2" w14:textId="6C7B4029" w:rsidR="00F36810" w:rsidRPr="00C27EE0" w:rsidRDefault="00CD0861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2.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已了解</w:t>
            </w:r>
            <w:r w:rsidR="006143F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器材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應依正確方式使用，不得擅自拆卸、改裝或修理</w:t>
            </w:r>
          </w:p>
        </w:tc>
        <w:tc>
          <w:tcPr>
            <w:tcW w:w="2120" w:type="dxa"/>
            <w:vAlign w:val="center"/>
          </w:tcPr>
          <w:p w14:paraId="1C9D1D23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□是</w:t>
            </w:r>
          </w:p>
        </w:tc>
      </w:tr>
      <w:tr w:rsidR="00F36810" w:rsidRPr="00C27EE0" w14:paraId="7FE4B2E4" w14:textId="77777777" w:rsidTr="00A30B24">
        <w:trPr>
          <w:jc w:val="center"/>
        </w:trPr>
        <w:tc>
          <w:tcPr>
            <w:tcW w:w="8080" w:type="dxa"/>
            <w:vAlign w:val="center"/>
          </w:tcPr>
          <w:p w14:paraId="35777F62" w14:textId="216EA1CF" w:rsidR="00F36810" w:rsidRPr="00C27EE0" w:rsidRDefault="00CD0861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3.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已了解不得轉借、轉讓、出租或作其他未經核准之用途</w:t>
            </w:r>
          </w:p>
        </w:tc>
        <w:tc>
          <w:tcPr>
            <w:tcW w:w="2120" w:type="dxa"/>
            <w:vAlign w:val="center"/>
          </w:tcPr>
          <w:p w14:paraId="445EB223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□是</w:t>
            </w:r>
          </w:p>
        </w:tc>
      </w:tr>
      <w:tr w:rsidR="00F36810" w:rsidRPr="00C27EE0" w14:paraId="5F635DDD" w14:textId="77777777" w:rsidTr="00A30B24">
        <w:trPr>
          <w:jc w:val="center"/>
        </w:trPr>
        <w:tc>
          <w:tcPr>
            <w:tcW w:w="8080" w:type="dxa"/>
            <w:vAlign w:val="center"/>
          </w:tcPr>
          <w:p w14:paraId="03AFCE4A" w14:textId="05034926" w:rsidR="00F36810" w:rsidRPr="00C27EE0" w:rsidRDefault="00CD0861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4.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發現器材異常時立即停止使用並通知管理機關</w:t>
            </w:r>
          </w:p>
        </w:tc>
        <w:tc>
          <w:tcPr>
            <w:tcW w:w="2120" w:type="dxa"/>
            <w:vAlign w:val="center"/>
          </w:tcPr>
          <w:p w14:paraId="0A89B14C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□是</w:t>
            </w:r>
          </w:p>
        </w:tc>
      </w:tr>
      <w:tr w:rsidR="00F36810" w:rsidRPr="00C27EE0" w14:paraId="4DB35F34" w14:textId="77777777" w:rsidTr="00A30B24">
        <w:trPr>
          <w:jc w:val="center"/>
        </w:trPr>
        <w:tc>
          <w:tcPr>
            <w:tcW w:w="8080" w:type="dxa"/>
            <w:vAlign w:val="center"/>
          </w:tcPr>
          <w:p w14:paraId="0214DC67" w14:textId="0190A310" w:rsidR="00F36810" w:rsidRPr="00C27EE0" w:rsidRDefault="00CD0861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5.</w:t>
            </w:r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借用期間負妥善保管責任，遺失、污染或</w:t>
            </w:r>
            <w:proofErr w:type="gramStart"/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損毀依相關</w:t>
            </w:r>
            <w:proofErr w:type="gramEnd"/>
            <w:r w:rsidR="00FE63AD" w:rsidRPr="00C27EE0">
              <w:rPr>
                <w:rFonts w:ascii="標楷體" w:eastAsia="標楷體" w:hAnsi="標楷體"/>
                <w:sz w:val="24"/>
                <w:szCs w:val="24"/>
                <w:lang w:eastAsia="zh-TW"/>
              </w:rPr>
              <w:t>規定辦理</w:t>
            </w:r>
          </w:p>
        </w:tc>
        <w:tc>
          <w:tcPr>
            <w:tcW w:w="2120" w:type="dxa"/>
            <w:vAlign w:val="center"/>
          </w:tcPr>
          <w:p w14:paraId="75580B38" w14:textId="77777777" w:rsidR="00F36810" w:rsidRPr="00C27EE0" w:rsidRDefault="00FE63AD" w:rsidP="00A30B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sz w:val="24"/>
                <w:szCs w:val="24"/>
              </w:rPr>
              <w:t>□是</w:t>
            </w:r>
          </w:p>
        </w:tc>
      </w:tr>
    </w:tbl>
    <w:p w14:paraId="75582208" w14:textId="77777777" w:rsidR="00F36810" w:rsidRPr="00C27EE0" w:rsidRDefault="00FE63AD">
      <w:pPr>
        <w:spacing w:before="140" w:after="60"/>
        <w:rPr>
          <w:rFonts w:ascii="標楷體" w:eastAsia="標楷體" w:hAnsi="標楷體"/>
          <w:sz w:val="24"/>
          <w:szCs w:val="24"/>
        </w:rPr>
      </w:pPr>
      <w:proofErr w:type="spellStart"/>
      <w:r w:rsidRPr="00C27EE0">
        <w:rPr>
          <w:rFonts w:ascii="標楷體" w:eastAsia="標楷體" w:hAnsi="標楷體"/>
          <w:b/>
          <w:sz w:val="24"/>
          <w:szCs w:val="24"/>
        </w:rPr>
        <w:t>五、管理機關審核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F36810" w:rsidRPr="00C27EE0" w14:paraId="417CD4A4" w14:textId="77777777" w:rsidTr="00CD0861">
        <w:tc>
          <w:tcPr>
            <w:tcW w:w="2550" w:type="dxa"/>
            <w:shd w:val="clear" w:color="auto" w:fill="D9EAF7"/>
            <w:vAlign w:val="center"/>
          </w:tcPr>
          <w:p w14:paraId="511E8C6F" w14:textId="77777777" w:rsidR="00F36810" w:rsidRPr="00C27EE0" w:rsidRDefault="00FE63AD" w:rsidP="00CD086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審核結果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1BFE5E29" w14:textId="7BEE7AD0" w:rsidR="00F36810" w:rsidRPr="00C27EE0" w:rsidRDefault="00FE63AD" w:rsidP="00CD086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□核准　□</w:t>
            </w:r>
            <w:proofErr w:type="spellStart"/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不核准</w:t>
            </w:r>
            <w:proofErr w:type="spellEnd"/>
          </w:p>
        </w:tc>
        <w:tc>
          <w:tcPr>
            <w:tcW w:w="2550" w:type="dxa"/>
            <w:shd w:val="clear" w:color="auto" w:fill="D9EAF7"/>
            <w:vAlign w:val="center"/>
          </w:tcPr>
          <w:p w14:paraId="086F0A96" w14:textId="77777777" w:rsidR="00F36810" w:rsidRPr="00C27EE0" w:rsidRDefault="00FE63AD" w:rsidP="00CD086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27EE0">
              <w:rPr>
                <w:rFonts w:ascii="標楷體" w:eastAsia="標楷體" w:hAnsi="標楷體"/>
                <w:b/>
                <w:sz w:val="24"/>
                <w:szCs w:val="24"/>
              </w:rPr>
              <w:t>核准日期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26F5DF1B" w14:textId="1337B6B3" w:rsidR="00F36810" w:rsidRPr="00C27EE0" w:rsidRDefault="00A30B24" w:rsidP="00CD086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C27EE0"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月</w:t>
            </w:r>
            <w:proofErr w:type="gramEnd"/>
            <w:r w:rsidRPr="00C27EE0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27EE0">
              <w:rPr>
                <w:rFonts w:ascii="標楷體" w:eastAsia="標楷體" w:hAnsi="標楷體"/>
                <w:sz w:val="24"/>
                <w:szCs w:val="24"/>
              </w:rPr>
              <w:t>日</w:t>
            </w:r>
          </w:p>
        </w:tc>
      </w:tr>
    </w:tbl>
    <w:p w14:paraId="11633D9D" w14:textId="77777777" w:rsidR="00FE63AD" w:rsidRDefault="00FE63AD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71E2D14A" w14:textId="6789098D" w:rsidR="00F36810" w:rsidRPr="00C27EE0" w:rsidRDefault="00FE63AD">
      <w:pPr>
        <w:rPr>
          <w:rFonts w:ascii="標楷體" w:eastAsia="標楷體" w:hAnsi="標楷體"/>
          <w:sz w:val="24"/>
          <w:szCs w:val="24"/>
          <w:lang w:eastAsia="zh-TW"/>
        </w:rPr>
      </w:pPr>
      <w:r w:rsidRPr="00C27EE0">
        <w:rPr>
          <w:rFonts w:ascii="標楷體" w:eastAsia="標楷體" w:hAnsi="標楷體"/>
          <w:sz w:val="24"/>
          <w:szCs w:val="24"/>
          <w:lang w:eastAsia="zh-TW"/>
        </w:rPr>
        <w:t xml:space="preserve">借用單位簽章：　　　　　　　　　　</w:t>
      </w:r>
    </w:p>
    <w:sectPr w:rsidR="00F36810" w:rsidRPr="00C27EE0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A3FB5" w14:textId="77777777" w:rsidR="00D04D49" w:rsidRDefault="00D04D49" w:rsidP="00A30B24">
      <w:pPr>
        <w:spacing w:after="0" w:line="240" w:lineRule="auto"/>
      </w:pPr>
      <w:r>
        <w:separator/>
      </w:r>
    </w:p>
  </w:endnote>
  <w:endnote w:type="continuationSeparator" w:id="0">
    <w:p w14:paraId="5BBC45AA" w14:textId="77777777" w:rsidR="00D04D49" w:rsidRDefault="00D04D49" w:rsidP="00A3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4EA9C" w14:textId="77777777" w:rsidR="00D04D49" w:rsidRDefault="00D04D49" w:rsidP="00A30B24">
      <w:pPr>
        <w:spacing w:after="0" w:line="240" w:lineRule="auto"/>
      </w:pPr>
      <w:r>
        <w:separator/>
      </w:r>
    </w:p>
  </w:footnote>
  <w:footnote w:type="continuationSeparator" w:id="0">
    <w:p w14:paraId="430DAB08" w14:textId="77777777" w:rsidR="00D04D49" w:rsidRDefault="00D04D49" w:rsidP="00A30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43F7"/>
    <w:rsid w:val="00A30B24"/>
    <w:rsid w:val="00AA1D8D"/>
    <w:rsid w:val="00B47730"/>
    <w:rsid w:val="00C27EE0"/>
    <w:rsid w:val="00CB0664"/>
    <w:rsid w:val="00CD0861"/>
    <w:rsid w:val="00D04D49"/>
    <w:rsid w:val="00DC3C79"/>
    <w:rsid w:val="00F36810"/>
    <w:rsid w:val="00FC693F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CBBB41"/>
  <w14:defaultImageDpi w14:val="300"/>
  <w15:docId w15:val="{6C908A46-5D64-40CE-93DF-97BA7F41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江米雅</cp:lastModifiedBy>
  <cp:revision>6</cp:revision>
  <dcterms:created xsi:type="dcterms:W3CDTF">2013-12-23T23:15:00Z</dcterms:created>
  <dcterms:modified xsi:type="dcterms:W3CDTF">2026-08-31T06:38:00Z</dcterms:modified>
  <cp:category/>
</cp:coreProperties>
</file>